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9A86E"/>
          <w:sz w:val="18"/>
        </w:rPr>
        <w:t>CONSULTA CLARA · PLANTILLAS EDITABLES</w:t>
      </w:r>
    </w:p>
    <w:p>
      <w:r>
        <w:rPr>
          <w:rFonts w:ascii="Georgia" w:hAnsi="Georgia"/>
          <w:b/>
          <w:color w:val="14213D"/>
          <w:sz w:val="56"/>
        </w:rPr>
        <w:t>Área 04 · Documentos profesionales</w:t>
      </w:r>
    </w:p>
    <w:p>
      <w:r>
        <w:rPr>
          <w:color w:val="6E7280"/>
        </w:rPr>
        <w:t>Emily Lima López · psicóloga clínica</w:t>
      </w:r>
    </w:p>
    <w:p>
      <w:r>
        <w:t>Personaliza con tus datos (nombre, colegio profesional, honorarios, plataforma). Para Google Docs: sube el archivo a Google Drive y ábrelo con Google Docs.</w:t>
      </w:r>
    </w:p>
    <w:p>
      <w:r>
        <w:br w:type="page"/>
      </w:r>
    </w:p>
    <w:p>
      <w:r>
        <w:rPr>
          <w:b/>
          <w:color w:val="C9A86E"/>
          <w:sz w:val="16"/>
        </w:rPr>
        <w:t>ÁREA 04 · DOCUMENTOS PROFESIONALES</w:t>
      </w:r>
    </w:p>
    <w:p>
      <w:r>
        <w:rPr>
          <w:rFonts w:ascii="Georgia" w:hAnsi="Georgia"/>
          <w:b/>
          <w:color w:val="14213D"/>
          <w:sz w:val="40"/>
        </w:rPr>
        <w:t>Informe psicológico</w:t>
      </w:r>
    </w:p>
    <w:p>
      <w:r>
        <w:rPr>
          <w:b w:val="0"/>
          <w:i/>
          <w:color w:val="6E7280"/>
          <w:sz w:val="20"/>
        </w:rPr>
        <w:t>Estructura recomendada y plantilla para completar</w:t>
      </w:r>
    </w:p>
    <w:p>
      <w:pPr>
        <w:shd w:val="clear" w:fill="E8EEEA"/>
      </w:pPr>
      <w:r>
        <w:rPr>
          <w:b/>
          <w:i w:val="0"/>
          <w:sz w:val="19"/>
        </w:rPr>
        <w:t xml:space="preserve">Nota para el profesional: </w:t>
      </w:r>
      <w:r>
        <w:rPr>
          <w:b w:val="0"/>
          <w:i w:val="0"/>
          <w:sz w:val="19"/>
        </w:rPr>
        <w:t>Antes de redactar, pregunta siempre: ¿quién lo solicita, para qué y quién lo leerá? Incluye solo la información necesaria para ese fin, con consentimiento del paciente. Distingue hechos, resultados e interpretaciones. Adapta formato y requisitos a tu país y colegio profesional.</w:t>
      </w:r>
    </w:p>
    <w:p>
      <w:pPr>
        <w:spacing w:before="200"/>
      </w:pPr>
      <w:r>
        <w:rPr>
          <w:b/>
          <w:color w:val="C9A86E"/>
          <w:sz w:val="19"/>
        </w:rPr>
        <w:t>PRINCIPIOS DE REDACCIÓN</w:t>
      </w:r>
    </w:p>
    <w:p>
      <w:pPr>
        <w:pStyle w:val="ListBullet"/>
      </w:pPr>
      <w:r>
        <w:rPr>
          <w:b w:val="0"/>
          <w:i w:val="0"/>
          <w:sz w:val="21"/>
        </w:rPr>
        <w:t>Lenguaje claro, descriptivo y respetuoso; evita etiquetas innecesarias y jerga.</w:t>
      </w:r>
    </w:p>
    <w:p>
      <w:pPr>
        <w:pStyle w:val="ListBullet"/>
      </w:pPr>
      <w:r>
        <w:rPr>
          <w:b w:val="0"/>
          <w:i w:val="0"/>
          <w:sz w:val="21"/>
        </w:rPr>
        <w:t>Conclusiones basadas en datos (entrevista, observación, pruebas) y con sus límites explícitos.</w:t>
      </w:r>
    </w:p>
    <w:p>
      <w:pPr>
        <w:pStyle w:val="ListBullet"/>
      </w:pPr>
      <w:r>
        <w:rPr>
          <w:b w:val="0"/>
          <w:i w:val="0"/>
          <w:sz w:val="21"/>
        </w:rPr>
        <w:t>No emitas opiniones sobre personas que no evaluaste directamente.</w:t>
      </w:r>
    </w:p>
    <w:p>
      <w:pPr>
        <w:pStyle w:val="ListBullet"/>
      </w:pPr>
      <w:r>
        <w:rPr>
          <w:b w:val="0"/>
          <w:i w:val="0"/>
          <w:sz w:val="21"/>
        </w:rPr>
        <w:t>Consigna la modalidad online y cualquier condición que pueda afectar la validez de la evaluación.</w:t>
      </w:r>
    </w:p>
    <w:p>
      <w:pPr>
        <w:spacing w:before="200"/>
      </w:pPr>
      <w:r>
        <w:rPr>
          <w:b/>
          <w:color w:val="C9A86E"/>
          <w:sz w:val="19"/>
        </w:rPr>
        <w:t>1 · DATOS DE IDENTIFICACIÓN</w:t>
      </w:r>
    </w:p>
    <w:p>
      <w:pPr>
        <w:spacing w:after="40"/>
      </w:pPr>
      <w:r>
        <w:rPr>
          <w:color w:val="6E7280"/>
          <w:sz w:val="19"/>
        </w:rPr>
        <w:t xml:space="preserve">Nombre del paciente: </w:t>
      </w:r>
      <w:r>
        <w:t>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Documento / edad: </w:t>
      </w:r>
      <w:r>
        <w:t>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Solicitante y finalidad del informe: </w:t>
      </w:r>
      <w:r>
        <w:t>_________________________</w:t>
      </w:r>
    </w:p>
    <w:p>
      <w:pPr>
        <w:spacing w:after="40"/>
      </w:pPr>
      <w:r>
        <w:rPr>
          <w:color w:val="6E7280"/>
          <w:sz w:val="19"/>
        </w:rPr>
        <w:t xml:space="preserve">Fecha de emisión: </w:t>
      </w:r>
      <w:r>
        <w:t>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Profesional y n.º de colegiatura/registro: </w:t>
      </w:r>
      <w:r>
        <w:t>___________________</w:t>
      </w:r>
    </w:p>
    <w:p>
      <w:pPr>
        <w:spacing w:after="40"/>
      </w:pPr>
      <w:r>
        <w:rPr>
          <w:color w:val="6E7280"/>
          <w:sz w:val="19"/>
        </w:rPr>
        <w:t xml:space="preserve">Período de evaluación o tratamiento: </w:t>
      </w:r>
      <w:r>
        <w:t>_________________________</w:t>
      </w:r>
    </w:p>
    <w:p>
      <w:r>
        <w:rPr>
          <w:b/>
          <w:color w:val="14213D"/>
          <w:sz w:val="19"/>
        </w:rPr>
        <w:t xml:space="preserve">2 · MOTIVO DEL INFORME  </w:t>
      </w:r>
      <w:r>
        <w:rPr>
          <w:b w:val="0"/>
          <w:i/>
          <w:color w:val="6E7280"/>
          <w:sz w:val="19"/>
        </w:rPr>
        <w:t>quién lo solicita y para qué fin concreto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rPr>
          <w:b/>
          <w:color w:val="14213D"/>
          <w:sz w:val="19"/>
        </w:rPr>
        <w:t xml:space="preserve">3 · METODOLOGÍA  </w:t>
      </w:r>
      <w:r>
        <w:rPr>
          <w:b w:val="0"/>
          <w:i/>
          <w:color w:val="6E7280"/>
          <w:sz w:val="19"/>
        </w:rPr>
        <w:t>n.º de sesiones, modalidad online, entrevistas, pruebas aplicadas (nombre y versión)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rPr>
          <w:b/>
          <w:color w:val="14213D"/>
          <w:sz w:val="19"/>
        </w:rPr>
        <w:t xml:space="preserve">4 · ANTECEDENTES RELEVANTES  </w:t>
      </w:r>
      <w:r>
        <w:rPr>
          <w:b w:val="0"/>
          <w:i/>
          <w:color w:val="6E7280"/>
          <w:sz w:val="19"/>
        </w:rPr>
        <w:t>solo los pertinentes al motivo del informe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rPr>
          <w:b/>
          <w:color w:val="14213D"/>
          <w:sz w:val="19"/>
        </w:rPr>
        <w:t xml:space="preserve">5 · RESULTADOS  </w:t>
      </w:r>
      <w:r>
        <w:rPr>
          <w:b w:val="0"/>
          <w:i/>
          <w:color w:val="6E7280"/>
          <w:sz w:val="19"/>
        </w:rPr>
        <w:t>observaciones y resultados de pruebas, sin interpretar todavía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rPr>
          <w:b/>
          <w:color w:val="14213D"/>
          <w:sz w:val="19"/>
        </w:rPr>
        <w:t xml:space="preserve">6 · ANÁLISIS E INTEGRACIÓN  </w:t>
      </w:r>
      <w:r>
        <w:rPr>
          <w:b w:val="0"/>
          <w:i/>
          <w:color w:val="6E7280"/>
          <w:sz w:val="19"/>
        </w:rPr>
        <w:t>interpretación clínica de los datos en conjunto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rPr>
          <w:b/>
          <w:color w:val="14213D"/>
          <w:sz w:val="19"/>
        </w:rPr>
        <w:t xml:space="preserve">7 · CONCLUSIONES  </w:t>
      </w:r>
      <w:r>
        <w:rPr>
          <w:b w:val="0"/>
          <w:i/>
          <w:color w:val="6E7280"/>
          <w:sz w:val="19"/>
        </w:rPr>
        <w:t>respuestas concretas a la pregunta del solicitante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rPr>
          <w:b/>
          <w:color w:val="14213D"/>
          <w:sz w:val="19"/>
        </w:rPr>
        <w:t xml:space="preserve">8 · RECOMENDACIONES  </w:t>
      </w:r>
      <w:r>
        <w:rPr>
          <w:b w:val="0"/>
          <w:i/>
          <w:color w:val="6E7280"/>
          <w:sz w:val="19"/>
        </w:rPr>
        <w:t>tratamiento, ajustes, derivaciones, seguimiento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rPr>
          <w:b/>
          <w:i w:val="0"/>
          <w:sz w:val="21"/>
        </w:rPr>
        <w:t>Cláusula sugerida:</w:t>
      </w:r>
      <w:r>
        <w:rPr>
          <w:b w:val="0"/>
          <w:i w:val="0"/>
          <w:sz w:val="21"/>
        </w:rPr>
        <w:t xml:space="preserve"> </w:t>
      </w:r>
      <w:r>
        <w:rPr>
          <w:b w:val="0"/>
          <w:i/>
          <w:sz w:val="21"/>
        </w:rPr>
        <w:t>“El presente informe refleja la situación de la persona evaluada en el período indicado, se emite a solicitud de [solicitante] para [finalidad] y no debe utilizarse con fines distintos. Su contenido es confidencial.”</w:t>
      </w:r>
    </w:p>
    <w:p>
      <w:pPr>
        <w:spacing w:after="40"/>
      </w:pPr>
      <w:r>
        <w:rPr>
          <w:color w:val="6E7280"/>
          <w:sz w:val="19"/>
        </w:rPr>
        <w:t xml:space="preserve">Firma del profesional: </w:t>
      </w:r>
      <w:r>
        <w:t>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Sello / n.º de colegiatura: </w:t>
      </w:r>
      <w:r>
        <w:t>__________________________________</w:t>
      </w:r>
    </w:p>
    <w:p>
      <w:r>
        <w:br w:type="page"/>
      </w:r>
    </w:p>
    <w:p>
      <w:r>
        <w:rPr>
          <w:b/>
          <w:color w:val="C9A86E"/>
          <w:sz w:val="16"/>
        </w:rPr>
        <w:t>ÁREA 04 · DOCUMENTOS PROFESIONALES</w:t>
      </w:r>
    </w:p>
    <w:p>
      <w:r>
        <w:rPr>
          <w:rFonts w:ascii="Georgia" w:hAnsi="Georgia"/>
          <w:b/>
          <w:color w:val="14213D"/>
          <w:sz w:val="40"/>
        </w:rPr>
        <w:t>Constancia de asistencia a tratamiento</w:t>
      </w:r>
    </w:p>
    <w:p>
      <w:r>
        <w:rPr>
          <w:b w:val="0"/>
          <w:i/>
          <w:color w:val="6E7280"/>
          <w:sz w:val="20"/>
        </w:rPr>
        <w:t>Documento breve que acredita asistencia, sin datos clínicos</w:t>
      </w:r>
    </w:p>
    <w:p>
      <w:pPr>
        <w:shd w:val="clear" w:fill="E8EEEA"/>
      </w:pPr>
      <w:r>
        <w:rPr>
          <w:b/>
          <w:i w:val="0"/>
          <w:sz w:val="19"/>
        </w:rPr>
        <w:t xml:space="preserve">Nota para el profesional: </w:t>
      </w:r>
      <w:r>
        <w:rPr>
          <w:b w:val="0"/>
          <w:i w:val="0"/>
          <w:sz w:val="19"/>
        </w:rPr>
        <w:t>La constancia solo acredita hechos verificables (asistencia, fechas, modalidad). No incluye diagnóstico ni contenido de las sesiones salvo autorización expresa y justificada del paciente. Adapta formato y requisitos a tu país y colegio profesional.</w:t>
      </w:r>
    </w:p>
    <w:p>
      <w:pPr>
        <w:spacing w:before="200"/>
      </w:pPr>
      <w:r>
        <w:rPr>
          <w:b/>
          <w:color w:val="C9A86E"/>
          <w:sz w:val="19"/>
        </w:rPr>
        <w:t>PLANTILLA</w:t>
      </w:r>
    </w:p>
    <w:p>
      <w:r>
        <w:rPr>
          <w:b w:val="0"/>
          <w:i w:val="0"/>
          <w:sz w:val="21"/>
        </w:rPr>
        <w:t>[Ciudad], a [fecha]</w:t>
      </w:r>
    </w:p>
    <w:p>
      <w:r>
        <w:rPr>
          <w:b/>
          <w:i w:val="0"/>
          <w:sz w:val="21"/>
        </w:rPr>
        <w:t>CONSTANCIA DE ASISTENCIA</w:t>
      </w:r>
    </w:p>
    <w:p>
      <w:r>
        <w:rPr>
          <w:b w:val="0"/>
          <w:i w:val="0"/>
          <w:sz w:val="21"/>
        </w:rPr>
        <w:t xml:space="preserve">Quien suscribe, </w:t>
      </w:r>
      <w:r>
        <w:rPr>
          <w:b/>
          <w:i w:val="0"/>
          <w:sz w:val="21"/>
        </w:rPr>
        <w:t>[nombre del profesional]</w:t>
      </w:r>
      <w:r>
        <w:rPr>
          <w:b w:val="0"/>
          <w:i w:val="0"/>
          <w:sz w:val="21"/>
        </w:rPr>
        <w:t xml:space="preserve">, psicóloga/o, con n.º de colegiatura/registro </w:t>
      </w:r>
      <w:r>
        <w:rPr>
          <w:b/>
          <w:i w:val="0"/>
          <w:sz w:val="21"/>
        </w:rPr>
        <w:t>[número]</w:t>
      </w:r>
      <w:r>
        <w:rPr>
          <w:b w:val="0"/>
          <w:i w:val="0"/>
          <w:sz w:val="21"/>
        </w:rPr>
        <w:t xml:space="preserve">, hace constar que </w:t>
      </w:r>
      <w:r>
        <w:rPr>
          <w:b/>
          <w:i w:val="0"/>
          <w:sz w:val="21"/>
        </w:rPr>
        <w:t>[nombre del paciente]</w:t>
      </w:r>
      <w:r>
        <w:rPr>
          <w:b w:val="0"/>
          <w:i w:val="0"/>
          <w:sz w:val="21"/>
        </w:rPr>
        <w:t xml:space="preserve">, con documento de identidad </w:t>
      </w:r>
      <w:r>
        <w:rPr>
          <w:b/>
          <w:i w:val="0"/>
          <w:sz w:val="21"/>
        </w:rPr>
        <w:t>[número]</w:t>
      </w:r>
      <w:r>
        <w:rPr>
          <w:b w:val="0"/>
          <w:i w:val="0"/>
          <w:sz w:val="21"/>
        </w:rPr>
        <w:t xml:space="preserve">, asiste a tratamiento psicológico en modalidad online desde el </w:t>
      </w:r>
      <w:r>
        <w:rPr>
          <w:b/>
          <w:i w:val="0"/>
          <w:sz w:val="21"/>
        </w:rPr>
        <w:t>[fecha de inicio]</w:t>
      </w:r>
      <w:r>
        <w:rPr>
          <w:b w:val="0"/>
          <w:i w:val="0"/>
          <w:sz w:val="21"/>
        </w:rPr>
        <w:t xml:space="preserve"> hasta la fecha, con una frecuencia </w:t>
      </w:r>
      <w:r>
        <w:rPr>
          <w:b/>
          <w:i w:val="0"/>
          <w:sz w:val="21"/>
        </w:rPr>
        <w:t>[semanal / quincenal]</w:t>
      </w:r>
      <w:r>
        <w:rPr>
          <w:b w:val="0"/>
          <w:i w:val="0"/>
          <w:sz w:val="21"/>
        </w:rPr>
        <w:t>.</w:t>
      </w:r>
    </w:p>
    <w:p>
      <w:r>
        <w:rPr>
          <w:b w:val="0"/>
          <w:i w:val="0"/>
          <w:sz w:val="21"/>
        </w:rPr>
        <w:t xml:space="preserve">Asistió a sesión los días: </w:t>
      </w:r>
      <w:r>
        <w:rPr>
          <w:b/>
          <w:i w:val="0"/>
          <w:sz w:val="21"/>
        </w:rPr>
        <w:t>[fechas]</w:t>
      </w:r>
      <w:r>
        <w:rPr>
          <w:b w:val="0"/>
          <w:i w:val="0"/>
          <w:sz w:val="21"/>
        </w:rPr>
        <w:t xml:space="preserve"> / en el período indicado asistió a </w:t>
      </w:r>
      <w:r>
        <w:rPr>
          <w:b/>
          <w:i w:val="0"/>
          <w:sz w:val="21"/>
        </w:rPr>
        <w:t>[n.º]</w:t>
      </w:r>
      <w:r>
        <w:rPr>
          <w:b w:val="0"/>
          <w:i w:val="0"/>
          <w:sz w:val="21"/>
        </w:rPr>
        <w:t xml:space="preserve"> sesiones.</w:t>
      </w:r>
    </w:p>
    <w:p>
      <w:r>
        <w:rPr>
          <w:b w:val="0"/>
          <w:i w:val="0"/>
          <w:sz w:val="21"/>
        </w:rPr>
        <w:t xml:space="preserve">Se extiende la presente a solicitud del interesado/a para ser presentada ante </w:t>
      </w:r>
      <w:r>
        <w:rPr>
          <w:b/>
          <w:i w:val="0"/>
          <w:sz w:val="21"/>
        </w:rPr>
        <w:t>[institución]</w:t>
      </w:r>
      <w:r>
        <w:rPr>
          <w:b w:val="0"/>
          <w:i w:val="0"/>
          <w:sz w:val="21"/>
        </w:rPr>
        <w:t>, sin que ello implique la divulgación de información clínica, protegida por el secreto profesional.</w:t>
      </w:r>
    </w:p>
    <w:p>
      <w:pPr>
        <w:spacing w:after="40"/>
      </w:pPr>
      <w:r>
        <w:rPr>
          <w:color w:val="6E7280"/>
          <w:sz w:val="19"/>
        </w:rPr>
        <w:t xml:space="preserve">Firma: </w:t>
      </w:r>
      <w:r>
        <w:t>_______________________________________________________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Sello / n.º de colegiatura: </w:t>
      </w:r>
      <w:r>
        <w:t>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Correo y teléfono profesional: </w:t>
      </w:r>
      <w:r>
        <w:t>_______________________________</w:t>
      </w:r>
    </w:p>
    <w:p>
      <w:pPr>
        <w:spacing w:after="40"/>
      </w:pPr>
      <w:r>
        <w:rPr>
          <w:color w:val="6E7280"/>
          <w:sz w:val="19"/>
        </w:rPr>
        <w:t xml:space="preserve">Código de verificación (opcional): </w:t>
      </w:r>
      <w:r>
        <w:t>___________________________</w:t>
      </w:r>
    </w:p>
    <w:p>
      <w:pPr>
        <w:spacing w:before="200"/>
      </w:pPr>
      <w:r>
        <w:rPr>
          <w:b/>
          <w:color w:val="C9A86E"/>
          <w:sz w:val="19"/>
        </w:rPr>
        <w:t>DATOS PARA COMPLETAR</w:t>
      </w:r>
    </w:p>
    <w:p>
      <w:pPr>
        <w:spacing w:after="40"/>
      </w:pPr>
      <w:r>
        <w:rPr>
          <w:color w:val="6E7280"/>
          <w:sz w:val="19"/>
        </w:rPr>
        <w:t xml:space="preserve">Nombre del profesional: </w:t>
      </w:r>
      <w:r>
        <w:t>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N.º de colegiatura/registro: </w:t>
      </w:r>
      <w:r>
        <w:t>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Nombre del paciente: </w:t>
      </w:r>
      <w:r>
        <w:t>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Documento de identidad: </w:t>
      </w:r>
      <w:r>
        <w:t>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Fecha de inicio del tratamiento: </w:t>
      </w:r>
      <w:r>
        <w:t>_____________________________</w:t>
      </w:r>
    </w:p>
    <w:p>
      <w:pPr>
        <w:spacing w:after="40"/>
      </w:pPr>
      <w:r>
        <w:rPr>
          <w:color w:val="6E7280"/>
          <w:sz w:val="19"/>
        </w:rPr>
        <w:t xml:space="preserve">Frecuencia: </w:t>
      </w:r>
      <w:r>
        <w:t>__________________________________________________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Fechas o n.º de sesiones: </w:t>
      </w:r>
      <w:r>
        <w:t>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Institución destinataria: </w:t>
      </w:r>
      <w:r>
        <w:t>____________________________________</w:t>
      </w:r>
    </w:p>
    <w:p>
      <w:r>
        <w:rPr>
          <w:b w:val="0"/>
          <w:i w:val="0"/>
          <w:sz w:val="21"/>
        </w:rPr>
        <w:t>☐  El paciente solicitó la constancia y autorizó su contenido.</w:t>
      </w:r>
    </w:p>
    <w:p>
      <w:r>
        <w:rPr>
          <w:b w:val="0"/>
          <w:i w:val="0"/>
          <w:sz w:val="21"/>
        </w:rPr>
        <w:t>☐  No contiene diagnóstico ni información clínica.</w:t>
      </w:r>
    </w:p>
    <w:p>
      <w:r>
        <w:rPr>
          <w:b w:val="0"/>
          <w:i w:val="0"/>
          <w:sz w:val="21"/>
        </w:rPr>
        <w:t>☐  Se registró la emisión en el expediente (fecha, destinatario).</w:t>
      </w:r>
    </w:p>
    <w:p>
      <w:r>
        <w:br w:type="page"/>
      </w:r>
    </w:p>
    <w:p>
      <w:r>
        <w:rPr>
          <w:b/>
          <w:color w:val="C9A86E"/>
          <w:sz w:val="16"/>
        </w:rPr>
        <w:t>ÁREA 04 · DOCUMENTOS PROFESIONALES</w:t>
      </w:r>
    </w:p>
    <w:p>
      <w:r>
        <w:rPr>
          <w:rFonts w:ascii="Georgia" w:hAnsi="Georgia"/>
          <w:b/>
          <w:color w:val="14213D"/>
          <w:sz w:val="40"/>
        </w:rPr>
        <w:t>Certificado psicológico</w:t>
      </w:r>
    </w:p>
    <w:p>
      <w:r>
        <w:rPr>
          <w:b w:val="0"/>
          <w:i/>
          <w:color w:val="6E7280"/>
          <w:sz w:val="20"/>
        </w:rPr>
        <w:t>Qué se puede certificar, qué no, y plantilla</w:t>
      </w:r>
    </w:p>
    <w:p>
      <w:pPr>
        <w:shd w:val="clear" w:fill="E8EEEA"/>
      </w:pPr>
      <w:r>
        <w:rPr>
          <w:b/>
          <w:i w:val="0"/>
          <w:sz w:val="19"/>
        </w:rPr>
        <w:t xml:space="preserve">Nota para el profesional: </w:t>
      </w:r>
      <w:r>
        <w:rPr>
          <w:b w:val="0"/>
          <w:i w:val="0"/>
          <w:sz w:val="19"/>
        </w:rPr>
        <w:t>Un certificado es un documento con valor legal: certifica solo lo que has evaluado directamente y dentro de tu competencia. Ante presiones para certificar algo que no te consta, la respuesta es no. Adapta formato y requisitos a tu país y colegio profesional.</w:t>
      </w:r>
    </w:p>
    <w:p>
      <w:pPr>
        <w:spacing w:before="200"/>
      </w:pPr>
      <w:r>
        <w:rPr>
          <w:b/>
          <w:color w:val="C9A86E"/>
          <w:sz w:val="19"/>
        </w:rPr>
        <w:t>LÍMITES ÉTICOS</w:t>
      </w:r>
    </w:p>
    <w:p>
      <w:pPr>
        <w:pStyle w:val="ListBullet"/>
      </w:pPr>
      <w:r>
        <w:rPr>
          <w:b/>
          <w:i w:val="0"/>
          <w:sz w:val="21"/>
        </w:rPr>
        <w:t>Sí:</w:t>
      </w:r>
      <w:r>
        <w:rPr>
          <w:b w:val="0"/>
          <w:i w:val="0"/>
          <w:sz w:val="21"/>
        </w:rPr>
        <w:t xml:space="preserve"> que la persona está en tratamiento contigo; su estado psicológico observado en fechas concretas; la necesidad de reposo o de ajustes razonables cuando lo sustentas clínicamente; resultados de una evaluación que realizaste.</w:t>
      </w:r>
    </w:p>
    <w:p>
      <w:pPr>
        <w:pStyle w:val="ListBullet"/>
      </w:pPr>
      <w:r>
        <w:rPr>
          <w:b/>
          <w:i w:val="0"/>
          <w:sz w:val="21"/>
        </w:rPr>
        <w:t>No:</w:t>
      </w:r>
      <w:r>
        <w:rPr>
          <w:b w:val="0"/>
          <w:i w:val="0"/>
          <w:sz w:val="21"/>
        </w:rPr>
        <w:t xml:space="preserve"> hechos que no presenciaste (por ejemplo, “fue víctima de…” como hecho probado); la capacidad o idoneidad de terceros que no evaluaste; aptitud parental o custodia sin una evaluación pericial específica; fechas retroactivas; diagnósticos o incapacidades fuera de tu competencia; certificados “de favor”.</w:t>
      </w:r>
    </w:p>
    <w:p>
      <w:pPr>
        <w:pStyle w:val="ListBullet"/>
      </w:pPr>
      <w:r>
        <w:rPr>
          <w:b w:val="0"/>
          <w:i w:val="0"/>
          <w:sz w:val="21"/>
        </w:rPr>
        <w:t>Si el certificado es para un proceso judicial, valora si corresponde un peritaje por otro profesional: el rol de terapeuta y el de perito no deben mezclarse.</w:t>
      </w:r>
    </w:p>
    <w:p>
      <w:pPr>
        <w:spacing w:before="200"/>
      </w:pPr>
      <w:r>
        <w:rPr>
          <w:b/>
          <w:color w:val="C9A86E"/>
          <w:sz w:val="19"/>
        </w:rPr>
        <w:t>PLANTILLA</w:t>
      </w:r>
    </w:p>
    <w:p>
      <w:r>
        <w:rPr>
          <w:b w:val="0"/>
          <w:i w:val="0"/>
          <w:sz w:val="21"/>
        </w:rPr>
        <w:t>[Ciudad], a [fecha]</w:t>
      </w:r>
    </w:p>
    <w:p>
      <w:r>
        <w:rPr>
          <w:b w:val="0"/>
          <w:i w:val="0"/>
          <w:sz w:val="21"/>
        </w:rPr>
        <w:t xml:space="preserve">Quien suscribe, </w:t>
      </w:r>
      <w:r>
        <w:rPr>
          <w:b/>
          <w:i w:val="0"/>
          <w:sz w:val="21"/>
        </w:rPr>
        <w:t>[nombre]</w:t>
      </w:r>
      <w:r>
        <w:rPr>
          <w:b w:val="0"/>
          <w:i w:val="0"/>
          <w:sz w:val="21"/>
        </w:rPr>
        <w:t xml:space="preserve">, psicóloga/o, n.º de colegiatura/registro </w:t>
      </w:r>
      <w:r>
        <w:rPr>
          <w:b/>
          <w:i w:val="0"/>
          <w:sz w:val="21"/>
        </w:rPr>
        <w:t>[número]</w:t>
      </w:r>
      <w:r>
        <w:rPr>
          <w:b w:val="0"/>
          <w:i w:val="0"/>
          <w:sz w:val="21"/>
        </w:rPr>
        <w:t xml:space="preserve">, </w:t>
      </w:r>
      <w:r>
        <w:rPr>
          <w:b/>
          <w:i w:val="0"/>
          <w:sz w:val="21"/>
        </w:rPr>
        <w:t>CERTIFICA</w:t>
      </w:r>
      <w:r>
        <w:rPr>
          <w:b w:val="0"/>
          <w:i w:val="0"/>
          <w:sz w:val="21"/>
        </w:rPr>
        <w:t xml:space="preserve"> que </w:t>
      </w:r>
      <w:r>
        <w:rPr>
          <w:b/>
          <w:i w:val="0"/>
          <w:sz w:val="21"/>
        </w:rPr>
        <w:t>[nombre del paciente]</w:t>
      </w:r>
      <w:r>
        <w:rPr>
          <w:b w:val="0"/>
          <w:i w:val="0"/>
          <w:sz w:val="21"/>
        </w:rPr>
        <w:t xml:space="preserve">, documento </w:t>
      </w:r>
      <w:r>
        <w:rPr>
          <w:b/>
          <w:i w:val="0"/>
          <w:sz w:val="21"/>
        </w:rPr>
        <w:t>[número]</w:t>
      </w:r>
      <w:r>
        <w:rPr>
          <w:b w:val="0"/>
          <w:i w:val="0"/>
          <w:sz w:val="21"/>
        </w:rPr>
        <w:t xml:space="preserve">, ha sido evaluado/a en modalidad online en las fechas </w:t>
      </w:r>
      <w:r>
        <w:rPr>
          <w:b/>
          <w:i w:val="0"/>
          <w:sz w:val="21"/>
        </w:rPr>
        <w:t>[fechas]</w:t>
      </w:r>
      <w:r>
        <w:rPr>
          <w:b w:val="0"/>
          <w:i w:val="0"/>
          <w:sz w:val="21"/>
        </w:rPr>
        <w:t xml:space="preserve">, mediante </w:t>
      </w:r>
      <w:r>
        <w:rPr>
          <w:b/>
          <w:i w:val="0"/>
          <w:sz w:val="21"/>
        </w:rPr>
        <w:t>[entrevista clínica / instrumentos]</w:t>
      </w:r>
      <w:r>
        <w:rPr>
          <w:b w:val="0"/>
          <w:i w:val="0"/>
          <w:sz w:val="21"/>
        </w:rPr>
        <w:t>.</w:t>
      </w:r>
    </w:p>
    <w:p>
      <w:r>
        <w:rPr>
          <w:b w:val="0"/>
          <w:i w:val="0"/>
          <w:sz w:val="21"/>
        </w:rPr>
        <w:t xml:space="preserve">En dichas evaluaciones se observa: </w:t>
      </w:r>
      <w:r>
        <w:rPr>
          <w:b/>
          <w:i w:val="0"/>
          <w:sz w:val="21"/>
        </w:rPr>
        <w:t>[descripción concreta y prudente]</w:t>
      </w:r>
      <w:r>
        <w:rPr>
          <w:b w:val="0"/>
          <w:i w:val="0"/>
          <w:sz w:val="21"/>
        </w:rPr>
        <w:t xml:space="preserve">. En consecuencia, se recomienda: </w:t>
      </w:r>
      <w:r>
        <w:rPr>
          <w:b/>
          <w:i w:val="0"/>
          <w:sz w:val="21"/>
        </w:rPr>
        <w:t>[recomendación y plazo]</w:t>
      </w:r>
      <w:r>
        <w:rPr>
          <w:b w:val="0"/>
          <w:i w:val="0"/>
          <w:sz w:val="21"/>
        </w:rPr>
        <w:t>.</w:t>
      </w:r>
    </w:p>
    <w:p>
      <w:r>
        <w:rPr>
          <w:b w:val="0"/>
          <w:i w:val="0"/>
          <w:sz w:val="21"/>
        </w:rPr>
        <w:t xml:space="preserve">Se expide a solicitud del interesado/a para ser presentado ante </w:t>
      </w:r>
      <w:r>
        <w:rPr>
          <w:b/>
          <w:i w:val="0"/>
          <w:sz w:val="21"/>
        </w:rPr>
        <w:t>[destinatario]</w:t>
      </w:r>
      <w:r>
        <w:rPr>
          <w:b w:val="0"/>
          <w:i w:val="0"/>
          <w:sz w:val="21"/>
        </w:rPr>
        <w:t>. Este certificado refleja la situación observada en las fechas indicadas y no tiene validez para fines distintos.</w:t>
      </w:r>
    </w:p>
    <w:p>
      <w:pPr>
        <w:spacing w:after="40"/>
      </w:pPr>
      <w:r>
        <w:rPr>
          <w:color w:val="6E7280"/>
          <w:sz w:val="19"/>
        </w:rPr>
        <w:t xml:space="preserve">Firma: </w:t>
      </w:r>
      <w:r>
        <w:t>_______________________________________________________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Sello / n.º de colegiatura: </w:t>
      </w:r>
      <w:r>
        <w:t>__________________________________</w:t>
      </w:r>
    </w:p>
    <w:p>
      <w:r>
        <w:rPr>
          <w:b w:val="0"/>
          <w:i w:val="0"/>
          <w:sz w:val="21"/>
        </w:rPr>
        <w:t>☐  Todo lo certificado fue evaluado directamente por mí.</w:t>
      </w:r>
    </w:p>
    <w:p>
      <w:r>
        <w:rPr>
          <w:b w:val="0"/>
          <w:i w:val="0"/>
          <w:sz w:val="21"/>
        </w:rPr>
        <w:t>☐  El paciente conoce y autoriza el contenido y el destinatario.</w:t>
      </w:r>
    </w:p>
    <w:p>
      <w:r>
        <w:rPr>
          <w:b w:val="0"/>
          <w:i w:val="0"/>
          <w:sz w:val="21"/>
        </w:rPr>
        <w:t>☐  Se guardó copia en el expediente.</w:t>
      </w:r>
    </w:p>
    <w:p>
      <w:r>
        <w:br w:type="page"/>
      </w:r>
    </w:p>
    <w:p>
      <w:r>
        <w:rPr>
          <w:b/>
          <w:color w:val="C9A86E"/>
          <w:sz w:val="16"/>
        </w:rPr>
        <w:t>ÁREA 04 · DOCUMENTOS PROFESIONALES</w:t>
      </w:r>
    </w:p>
    <w:p>
      <w:r>
        <w:rPr>
          <w:rFonts w:ascii="Georgia" w:hAnsi="Georgia"/>
          <w:b/>
          <w:color w:val="14213D"/>
          <w:sz w:val="40"/>
        </w:rPr>
        <w:t>Carta de derivación a otro profesional</w:t>
      </w:r>
    </w:p>
    <w:p>
      <w:r>
        <w:rPr>
          <w:b w:val="0"/>
          <w:i/>
          <w:color w:val="6E7280"/>
          <w:sz w:val="20"/>
        </w:rPr>
        <w:t>Psiquiatría, medicina, otro psicólogo o servicio especializado</w:t>
      </w:r>
    </w:p>
    <w:p>
      <w:pPr>
        <w:shd w:val="clear" w:fill="E8EEEA"/>
      </w:pPr>
      <w:r>
        <w:rPr>
          <w:b/>
          <w:i w:val="0"/>
          <w:sz w:val="19"/>
        </w:rPr>
        <w:t xml:space="preserve">Nota para el profesional: </w:t>
      </w:r>
      <w:r>
        <w:rPr>
          <w:b w:val="0"/>
          <w:i w:val="0"/>
          <w:sz w:val="19"/>
        </w:rPr>
        <w:t>Deriva con consentimiento informado del paciente y comparte solo lo necesario para la continuidad del cuidado. Si hay riesgo, no te limites a la carta: contacta directamente al servicio y confirma que el paciente fue recibido. Adapta formato y requisitos a tu país y colegio profesional.</w:t>
      </w:r>
    </w:p>
    <w:p>
      <w:pPr>
        <w:spacing w:after="40"/>
      </w:pPr>
      <w:r>
        <w:rPr>
          <w:color w:val="6E7280"/>
          <w:sz w:val="19"/>
        </w:rPr>
        <w:t xml:space="preserve">Paciente: </w:t>
      </w:r>
      <w:r>
        <w:t>____________________________________________________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Fecha: </w:t>
      </w:r>
      <w:r>
        <w:t>_______________________________________________________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Profesional / servicio de destino: </w:t>
      </w:r>
      <w:r>
        <w:t>___________________________</w:t>
      </w:r>
    </w:p>
    <w:p>
      <w:pPr>
        <w:spacing w:after="40"/>
      </w:pPr>
      <w:r>
        <w:rPr>
          <w:color w:val="6E7280"/>
          <w:sz w:val="19"/>
        </w:rPr>
        <w:t xml:space="preserve">Motivo: interconsulta / derivación completa / complementaria: </w:t>
      </w:r>
      <w:r>
        <w:t>__________</w:t>
      </w:r>
    </w:p>
    <w:p>
      <w:pPr>
        <w:spacing w:before="200"/>
      </w:pPr>
      <w:r>
        <w:rPr>
          <w:b/>
          <w:color w:val="C9A86E"/>
          <w:sz w:val="19"/>
        </w:rPr>
        <w:t>PLANTILLA</w:t>
      </w:r>
    </w:p>
    <w:p>
      <w:r>
        <w:rPr>
          <w:b w:val="0"/>
          <w:i w:val="0"/>
          <w:sz w:val="21"/>
        </w:rPr>
        <w:t xml:space="preserve">Estimado/a </w:t>
      </w:r>
      <w:r>
        <w:rPr>
          <w:b/>
          <w:i w:val="0"/>
          <w:sz w:val="21"/>
        </w:rPr>
        <w:t>[nombre y especialidad]</w:t>
      </w:r>
      <w:r>
        <w:rPr>
          <w:b w:val="0"/>
          <w:i w:val="0"/>
          <w:sz w:val="21"/>
        </w:rPr>
        <w:t>:</w:t>
      </w:r>
    </w:p>
    <w:p>
      <w:r>
        <w:rPr>
          <w:b w:val="0"/>
          <w:i w:val="0"/>
          <w:sz w:val="21"/>
        </w:rPr>
        <w:t xml:space="preserve">Me dirijo a usted para derivar a </w:t>
      </w:r>
      <w:r>
        <w:rPr>
          <w:b/>
          <w:i w:val="0"/>
          <w:sz w:val="21"/>
        </w:rPr>
        <w:t>[nombre del paciente]</w:t>
      </w:r>
      <w:r>
        <w:rPr>
          <w:b w:val="0"/>
          <w:i w:val="0"/>
          <w:sz w:val="21"/>
        </w:rPr>
        <w:t xml:space="preserve">, de </w:t>
      </w:r>
      <w:r>
        <w:rPr>
          <w:b/>
          <w:i w:val="0"/>
          <w:sz w:val="21"/>
        </w:rPr>
        <w:t>[edad]</w:t>
      </w:r>
      <w:r>
        <w:rPr>
          <w:b w:val="0"/>
          <w:i w:val="0"/>
          <w:sz w:val="21"/>
        </w:rPr>
        <w:t xml:space="preserve"> años, a quien atiendo en psicoterapia online desde </w:t>
      </w:r>
      <w:r>
        <w:rPr>
          <w:b/>
          <w:i w:val="0"/>
          <w:sz w:val="21"/>
        </w:rPr>
        <w:t>[fecha]</w:t>
      </w:r>
      <w:r>
        <w:rPr>
          <w:b w:val="0"/>
          <w:i w:val="0"/>
          <w:sz w:val="21"/>
        </w:rPr>
        <w:t>, con su consentimiento informado para compartir esta información.</w:t>
      </w:r>
    </w:p>
    <w:p>
      <w:r>
        <w:rPr>
          <w:b/>
          <w:i w:val="0"/>
          <w:sz w:val="21"/>
        </w:rPr>
        <w:t>Motivo de la derivación:</w:t>
      </w:r>
      <w:r>
        <w:rPr>
          <w:b w:val="0"/>
          <w:i w:val="0"/>
          <w:sz w:val="21"/>
        </w:rPr>
        <w:t xml:space="preserve"> [p. ej., valoración de tratamiento farmacológico por persistencia de síntomas depresivos pese a la intervención psicológica / necesidad de un tratamiento especializado en …].</w:t>
      </w:r>
    </w:p>
    <w:p>
      <w:r>
        <w:rPr>
          <w:b/>
          <w:i w:val="0"/>
          <w:sz w:val="21"/>
        </w:rPr>
        <w:t>Resumen clínico:</w:t>
      </w:r>
      <w:r>
        <w:rPr>
          <w:b w:val="0"/>
          <w:i w:val="0"/>
          <w:sz w:val="21"/>
        </w:rPr>
        <w:t xml:space="preserve"> [motivo de consulta, evolución, intervenciones realizadas, instrumentos y puntuaciones relevantes, nivel de riesgo actual].</w:t>
      </w:r>
    </w:p>
    <w:p>
      <w:r>
        <w:rPr>
          <w:b/>
          <w:i w:val="0"/>
          <w:sz w:val="21"/>
        </w:rPr>
        <w:t>Solicitud concreta:</w:t>
      </w:r>
      <w:r>
        <w:rPr>
          <w:b w:val="0"/>
          <w:i w:val="0"/>
          <w:sz w:val="21"/>
        </w:rPr>
        <w:t xml:space="preserve"> [valoración, tratamiento, opinión, seguimiento conjunto]. </w:t>
      </w:r>
      <w:r>
        <w:rPr>
          <w:b/>
          <w:i w:val="0"/>
          <w:sz w:val="21"/>
        </w:rPr>
        <w:t>Continuidad:</w:t>
      </w:r>
      <w:r>
        <w:rPr>
          <w:b w:val="0"/>
          <w:i w:val="0"/>
          <w:sz w:val="21"/>
        </w:rPr>
        <w:t xml:space="preserve"> [continuaré / no continuaré el acompañamiento psicológico en paralelo].</w:t>
      </w:r>
    </w:p>
    <w:p>
      <w:r>
        <w:rPr>
          <w:b w:val="0"/>
          <w:i w:val="0"/>
          <w:sz w:val="21"/>
        </w:rPr>
        <w:t xml:space="preserve">Quedo a su disposición para coordinar lo que considere necesario en </w:t>
      </w:r>
      <w:r>
        <w:rPr>
          <w:b/>
          <w:i w:val="0"/>
          <w:sz w:val="21"/>
        </w:rPr>
        <w:t>[correo / teléfono]</w:t>
      </w:r>
      <w:r>
        <w:rPr>
          <w:b w:val="0"/>
          <w:i w:val="0"/>
          <w:sz w:val="21"/>
        </w:rPr>
        <w:t>. Agradezco de antemano su atención.</w:t>
      </w:r>
    </w:p>
    <w:p>
      <w:pPr>
        <w:spacing w:after="40"/>
      </w:pPr>
      <w:r>
        <w:rPr>
          <w:color w:val="6E7280"/>
          <w:sz w:val="19"/>
        </w:rPr>
        <w:t xml:space="preserve">Firma y n.º de colegiatura: </w:t>
      </w:r>
      <w:r>
        <w:t>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Datos de contacto: </w:t>
      </w:r>
      <w:r>
        <w:t>___________________________________________</w:t>
      </w:r>
    </w:p>
    <w:p>
      <w:pPr>
        <w:spacing w:before="200"/>
      </w:pPr>
      <w:r>
        <w:rPr>
          <w:b/>
          <w:color w:val="C9A86E"/>
          <w:sz w:val="19"/>
        </w:rPr>
        <w:t>REGISTRO INTERNO</w:t>
      </w:r>
    </w:p>
    <w:p>
      <w:r>
        <w:rPr>
          <w:b w:val="0"/>
          <w:i w:val="0"/>
          <w:sz w:val="21"/>
        </w:rPr>
        <w:t>☐  Consentimiento del paciente para derivar y compartir información (firmado o registrado).</w:t>
      </w:r>
    </w:p>
    <w:p>
      <w:r>
        <w:rPr>
          <w:b w:val="0"/>
          <w:i w:val="0"/>
          <w:sz w:val="21"/>
        </w:rPr>
        <w:t>☐  La carta fue enviada por un canal seguro (correo cifrado o entregada al paciente).</w:t>
      </w:r>
    </w:p>
    <w:p>
      <w:r>
        <w:rPr>
          <w:b w:val="0"/>
          <w:i w:val="0"/>
          <w:sz w:val="21"/>
        </w:rPr>
        <w:t>☐  Se confirmó la recepción o la primera cita en el servicio de destino (fecha).</w:t>
      </w:r>
    </w:p>
    <w:p>
      <w:r>
        <w:br w:type="page"/>
      </w:r>
    </w:p>
    <w:p>
      <w:r>
        <w:rPr>
          <w:b/>
          <w:color w:val="C9A86E"/>
          <w:sz w:val="16"/>
        </w:rPr>
        <w:t>ÁREA 04 · DOCUMENTOS PROFESIONALES</w:t>
      </w:r>
    </w:p>
    <w:p>
      <w:r>
        <w:rPr>
          <w:rFonts w:ascii="Georgia" w:hAnsi="Georgia"/>
          <w:b/>
          <w:color w:val="14213D"/>
          <w:sz w:val="40"/>
        </w:rPr>
        <w:t>Solicitud de información a otro profesional</w:t>
      </w:r>
    </w:p>
    <w:p>
      <w:r>
        <w:rPr>
          <w:b w:val="0"/>
          <w:i/>
          <w:color w:val="6E7280"/>
          <w:sz w:val="20"/>
        </w:rPr>
        <w:t>Para pedir informes, antecedentes o coordinar el tratamiento</w:t>
      </w:r>
    </w:p>
    <w:p>
      <w:pPr>
        <w:shd w:val="clear" w:fill="E8EEEA"/>
      </w:pPr>
      <w:r>
        <w:rPr>
          <w:b/>
          <w:i w:val="0"/>
          <w:sz w:val="19"/>
        </w:rPr>
        <w:t xml:space="preserve">Nota para el profesional: </w:t>
      </w:r>
      <w:r>
        <w:rPr>
          <w:b w:val="0"/>
          <w:i w:val="0"/>
          <w:sz w:val="19"/>
        </w:rPr>
        <w:t>Adjunta siempre la autorización firmada del paciente. Pide solo la información pertinente para tu intervención y conserva la respuesta en el expediente con las mismas medidas de confidencialidad. Adapta formato y requisitos a tu país y colegio profesional.</w:t>
      </w:r>
    </w:p>
    <w:p>
      <w:pPr>
        <w:spacing w:after="40"/>
      </w:pPr>
      <w:r>
        <w:rPr>
          <w:color w:val="6E7280"/>
          <w:sz w:val="19"/>
        </w:rPr>
        <w:t xml:space="preserve">Destinatario (nombre, especialidad, institución): </w:t>
      </w:r>
      <w:r>
        <w:t>____________</w:t>
      </w:r>
    </w:p>
    <w:p>
      <w:pPr>
        <w:spacing w:after="40"/>
      </w:pPr>
      <w:r>
        <w:rPr>
          <w:color w:val="6E7280"/>
          <w:sz w:val="19"/>
        </w:rPr>
        <w:t xml:space="preserve">Fecha: </w:t>
      </w:r>
      <w:r>
        <w:t>_______________________________________________________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Paciente: </w:t>
      </w:r>
      <w:r>
        <w:t>____________________________________________________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Documento / fecha de nacimiento: </w:t>
      </w:r>
      <w:r>
        <w:t>_____________________________</w:t>
      </w:r>
    </w:p>
    <w:p>
      <w:pPr>
        <w:spacing w:before="200"/>
      </w:pPr>
      <w:r>
        <w:rPr>
          <w:b/>
          <w:color w:val="C9A86E"/>
          <w:sz w:val="19"/>
        </w:rPr>
        <w:t>PLANTILLA</w:t>
      </w:r>
    </w:p>
    <w:p>
      <w:r>
        <w:rPr>
          <w:b w:val="0"/>
          <w:i w:val="0"/>
          <w:sz w:val="21"/>
        </w:rPr>
        <w:t xml:space="preserve">Estimado/a </w:t>
      </w:r>
      <w:r>
        <w:rPr>
          <w:b/>
          <w:i w:val="0"/>
          <w:sz w:val="21"/>
        </w:rPr>
        <w:t>[nombre]</w:t>
      </w:r>
      <w:r>
        <w:rPr>
          <w:b w:val="0"/>
          <w:i w:val="0"/>
          <w:sz w:val="21"/>
        </w:rPr>
        <w:t>:</w:t>
      </w:r>
    </w:p>
    <w:p>
      <w:r>
        <w:rPr>
          <w:b w:val="0"/>
          <w:i w:val="0"/>
          <w:sz w:val="21"/>
        </w:rPr>
        <w:t xml:space="preserve">Actualmente acompaño en psicoterapia online a </w:t>
      </w:r>
      <w:r>
        <w:rPr>
          <w:b/>
          <w:i w:val="0"/>
          <w:sz w:val="21"/>
        </w:rPr>
        <w:t>[nombre del paciente]</w:t>
      </w:r>
      <w:r>
        <w:rPr>
          <w:b w:val="0"/>
          <w:i w:val="0"/>
          <w:sz w:val="21"/>
        </w:rPr>
        <w:t xml:space="preserve">, quien me informó que fue atendido/a por usted en </w:t>
      </w:r>
      <w:r>
        <w:rPr>
          <w:b/>
          <w:i w:val="0"/>
          <w:sz w:val="21"/>
        </w:rPr>
        <w:t>[período]</w:t>
      </w:r>
      <w:r>
        <w:rPr>
          <w:b w:val="0"/>
          <w:i w:val="0"/>
          <w:sz w:val="21"/>
        </w:rPr>
        <w:t>. Con su autorización expresa, que adjunto, le solicito la siguiente información:</w:t>
      </w:r>
    </w:p>
    <w:p>
      <w:r>
        <w:rPr>
          <w:b w:val="0"/>
          <w:i w:val="0"/>
          <w:sz w:val="21"/>
        </w:rPr>
        <w:t>☐  Diagnóstico o impresión clínica y fecha.</w:t>
      </w:r>
    </w:p>
    <w:p>
      <w:r>
        <w:rPr>
          <w:b w:val="0"/>
          <w:i w:val="0"/>
          <w:sz w:val="21"/>
        </w:rPr>
        <w:t>☐  Tratamiento farmacológico actual o previo (fármaco, dosis, fechas).</w:t>
      </w:r>
    </w:p>
    <w:p>
      <w:r>
        <w:rPr>
          <w:b w:val="0"/>
          <w:i w:val="0"/>
          <w:sz w:val="21"/>
        </w:rPr>
        <w:t>☐  Informes de evaluación psicológica o neuropsicológica.</w:t>
      </w:r>
    </w:p>
    <w:p>
      <w:r>
        <w:rPr>
          <w:b w:val="0"/>
          <w:i w:val="0"/>
          <w:sz w:val="21"/>
        </w:rPr>
        <w:t>☐  Resumen de la evolución y del motivo de alta o interrupción.</w:t>
      </w:r>
    </w:p>
    <w:p>
      <w:r>
        <w:rPr>
          <w:b w:val="0"/>
          <w:i w:val="0"/>
          <w:sz w:val="21"/>
        </w:rPr>
        <w:t>☐  Coordinación de tratamiento conjunto (reunión breve online).</w:t>
      </w:r>
    </w:p>
    <w:p>
      <w:r>
        <w:rPr>
          <w:b w:val="0"/>
          <w:i w:val="0"/>
          <w:sz w:val="21"/>
        </w:rPr>
        <w:t>☐  Otra: ______________________________________________</w:t>
      </w:r>
    </w:p>
    <w:p>
      <w:r>
        <w:rPr>
          <w:b w:val="0"/>
          <w:i w:val="0"/>
          <w:sz w:val="21"/>
        </w:rPr>
        <w:t xml:space="preserve">La información será utilizada exclusivamente para </w:t>
      </w:r>
      <w:r>
        <w:rPr>
          <w:b/>
          <w:i w:val="0"/>
          <w:sz w:val="21"/>
        </w:rPr>
        <w:t>[finalidad]</w:t>
      </w:r>
      <w:r>
        <w:rPr>
          <w:b w:val="0"/>
          <w:i w:val="0"/>
          <w:sz w:val="21"/>
        </w:rPr>
        <w:t xml:space="preserve"> y tratada con estricta confidencialidad. Puede enviarla por </w:t>
      </w:r>
      <w:r>
        <w:rPr>
          <w:b/>
          <w:i w:val="0"/>
          <w:sz w:val="21"/>
        </w:rPr>
        <w:t>[canal seguro]</w:t>
      </w:r>
      <w:r>
        <w:rPr>
          <w:b w:val="0"/>
          <w:i w:val="0"/>
          <w:sz w:val="21"/>
        </w:rPr>
        <w:t>. Agradezco de antemano su colaboración.</w:t>
      </w:r>
    </w:p>
    <w:p>
      <w:pPr>
        <w:spacing w:after="40"/>
      </w:pPr>
      <w:r>
        <w:rPr>
          <w:color w:val="6E7280"/>
          <w:sz w:val="19"/>
        </w:rPr>
        <w:t xml:space="preserve">Firma y n.º de colegiatura: </w:t>
      </w:r>
      <w:r>
        <w:t>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Correo / teléfono: </w:t>
      </w:r>
      <w:r>
        <w:t>___________________________________________</w:t>
      </w:r>
    </w:p>
    <w:p>
      <w:pPr>
        <w:spacing w:before="200"/>
      </w:pPr>
      <w:r>
        <w:rPr>
          <w:b/>
          <w:color w:val="C9A86E"/>
          <w:sz w:val="19"/>
        </w:rPr>
        <w:t>AUTORIZACIÓN DEL PACIENTE</w:t>
      </w:r>
    </w:p>
    <w:p>
      <w:r>
        <w:rPr>
          <w:b w:val="0"/>
          <w:i w:val="0"/>
          <w:sz w:val="21"/>
        </w:rPr>
        <w:t xml:space="preserve">Yo, </w:t>
      </w:r>
      <w:r>
        <w:rPr>
          <w:b/>
          <w:i w:val="0"/>
          <w:sz w:val="21"/>
        </w:rPr>
        <w:t>[nombre]</w:t>
      </w:r>
      <w:r>
        <w:rPr>
          <w:b w:val="0"/>
          <w:i w:val="0"/>
          <w:sz w:val="21"/>
        </w:rPr>
        <w:t xml:space="preserve">, autorizo a </w:t>
      </w:r>
      <w:r>
        <w:rPr>
          <w:b/>
          <w:i w:val="0"/>
          <w:sz w:val="21"/>
        </w:rPr>
        <w:t>[profesional de origen]</w:t>
      </w:r>
      <w:r>
        <w:rPr>
          <w:b w:val="0"/>
          <w:i w:val="0"/>
          <w:sz w:val="21"/>
        </w:rPr>
        <w:t xml:space="preserve"> a compartir con </w:t>
      </w:r>
      <w:r>
        <w:rPr>
          <w:b/>
          <w:i w:val="0"/>
          <w:sz w:val="21"/>
        </w:rPr>
        <w:t>[profesional solicitante]</w:t>
      </w:r>
      <w:r>
        <w:rPr>
          <w:b w:val="0"/>
          <w:i w:val="0"/>
          <w:sz w:val="21"/>
        </w:rPr>
        <w:t xml:space="preserve"> la información señalada arriba, para los fines indicados. Puedo revocar esta autorización en cualquier momento por escrito.</w:t>
      </w:r>
    </w:p>
    <w:p>
      <w:r>
        <w:br/>
        <w:t>______________________________          ______________________________</w:t>
      </w:r>
    </w:p>
    <w:p>
      <w:r>
        <w:t>Firma y fecha – paciente                              Firma y fecha – profesional</w:t>
      </w:r>
    </w:p>
    <w:p>
      <w:r>
        <w:br w:type="page"/>
      </w:r>
    </w:p>
    <w:p>
      <w:r>
        <w:rPr>
          <w:b/>
          <w:color w:val="C9A86E"/>
          <w:sz w:val="16"/>
        </w:rPr>
        <w:t>ÁREA 04 · DOCUMENTOS PROFESIONALES</w:t>
      </w:r>
    </w:p>
    <w:p>
      <w:r>
        <w:rPr>
          <w:rFonts w:ascii="Georgia" w:hAnsi="Georgia"/>
          <w:b/>
          <w:color w:val="14213D"/>
          <w:sz w:val="40"/>
        </w:rPr>
        <w:t>Protocolo de entrega de documentos</w:t>
      </w:r>
    </w:p>
    <w:p>
      <w:r>
        <w:rPr>
          <w:b w:val="0"/>
          <w:i/>
          <w:color w:val="6E7280"/>
          <w:sz w:val="20"/>
        </w:rPr>
        <w:t>Al paciente o a terceros: quién, qué, cómo y con qué registro</w:t>
      </w:r>
    </w:p>
    <w:p>
      <w:pPr>
        <w:shd w:val="clear" w:fill="E8EEEA"/>
      </w:pPr>
      <w:r>
        <w:rPr>
          <w:b/>
          <w:i w:val="0"/>
          <w:sz w:val="19"/>
        </w:rPr>
        <w:t xml:space="preserve">Nota para el profesional: </w:t>
      </w:r>
      <w:r>
        <w:rPr>
          <w:b w:val="0"/>
          <w:i w:val="0"/>
          <w:sz w:val="19"/>
        </w:rPr>
        <w:t>Aplícalo cada vez que emitas o entregues un documento (informe, constancia, certificado, copia de expediente). Sin autorización escrita del paciente, a terceros no se entrega nada, salvo obligación legal. Adapta formato y requisitos a tu país y colegio profesional.</w:t>
      </w:r>
    </w:p>
    <w:p>
      <w:pPr>
        <w:spacing w:before="200"/>
      </w:pPr>
      <w:r>
        <w:rPr>
          <w:b/>
          <w:color w:val="C9A86E"/>
          <w:sz w:val="19"/>
        </w:rPr>
        <w:t>1 · VERIFICAR LA SOLICITUD</w:t>
      </w:r>
    </w:p>
    <w:p>
      <w:r>
        <w:rPr>
          <w:b w:val="0"/>
          <w:i w:val="0"/>
          <w:sz w:val="21"/>
        </w:rPr>
        <w:t>☐  ¿Quién lo pide? Paciente, tutor legal, otro profesional, institución, juzgado.</w:t>
      </w:r>
    </w:p>
    <w:p>
      <w:r>
        <w:rPr>
          <w:b w:val="0"/>
          <w:i w:val="0"/>
          <w:sz w:val="21"/>
        </w:rPr>
        <w:t>☐  ¿Para qué fin? Registrar la finalidad por escrito.</w:t>
      </w:r>
    </w:p>
    <w:p>
      <w:r>
        <w:rPr>
          <w:b w:val="0"/>
          <w:i w:val="0"/>
          <w:sz w:val="21"/>
        </w:rPr>
        <w:t>☐  Identidad del solicitante verificada (documento, videollamada, correo registrado).</w:t>
      </w:r>
    </w:p>
    <w:p>
      <w:r>
        <w:rPr>
          <w:b w:val="0"/>
          <w:i w:val="0"/>
          <w:sz w:val="21"/>
        </w:rPr>
        <w:t>☐  Si es un menor: verificar quién ejerce la patria potestad y valorar el interés superior del menor.</w:t>
      </w:r>
    </w:p>
    <w:p>
      <w:pPr>
        <w:spacing w:before="200"/>
      </w:pPr>
      <w:r>
        <w:rPr>
          <w:b/>
          <w:color w:val="C9A86E"/>
          <w:sz w:val="19"/>
        </w:rPr>
        <w:t>2 · AUTORIZACIÓN</w:t>
      </w:r>
    </w:p>
    <w:p>
      <w:r>
        <w:rPr>
          <w:b w:val="0"/>
          <w:i w:val="0"/>
          <w:sz w:val="21"/>
        </w:rPr>
        <w:t>☐  Autorización escrita del paciente que indica destinatario, contenido y finalidad.</w:t>
      </w:r>
    </w:p>
    <w:p>
      <w:r>
        <w:rPr>
          <w:b w:val="0"/>
          <w:i w:val="0"/>
          <w:sz w:val="21"/>
        </w:rPr>
        <w:t>☐  Requerimiento judicial o legal: revisado con asesoría legal o el colegio profesional antes de responder.</w:t>
      </w:r>
    </w:p>
    <w:p>
      <w:r>
        <w:rPr>
          <w:b w:val="0"/>
          <w:i w:val="0"/>
          <w:sz w:val="21"/>
        </w:rPr>
        <w:t>☐  El paciente fue informado del contenido antes de la entrega a terceros.</w:t>
      </w:r>
    </w:p>
    <w:p>
      <w:pPr>
        <w:spacing w:before="200"/>
      </w:pPr>
      <w:r>
        <w:rPr>
          <w:b/>
          <w:color w:val="C9A86E"/>
          <w:sz w:val="19"/>
        </w:rPr>
        <w:t>3 · PREPARACIÓN</w:t>
      </w:r>
    </w:p>
    <w:p>
      <w:r>
        <w:rPr>
          <w:b w:val="0"/>
          <w:i w:val="0"/>
          <w:sz w:val="21"/>
        </w:rPr>
        <w:t>☐  Contenido limitado a lo necesario para la finalidad (principio de mínima información).</w:t>
      </w:r>
    </w:p>
    <w:p>
      <w:r>
        <w:rPr>
          <w:b w:val="0"/>
          <w:i w:val="0"/>
          <w:sz w:val="21"/>
        </w:rPr>
        <w:t>☐  Sin información de terceros (familiares, pareja) que no hayan consentido.</w:t>
      </w:r>
    </w:p>
    <w:p>
      <w:r>
        <w:rPr>
          <w:b w:val="0"/>
          <w:i w:val="0"/>
          <w:sz w:val="21"/>
        </w:rPr>
        <w:t>☐  Documento en PDF, firmado, con fecha, número de páginas y leyenda de confidencialidad.</w:t>
      </w:r>
    </w:p>
    <w:p>
      <w:pPr>
        <w:spacing w:before="200"/>
      </w:pPr>
      <w:r>
        <w:rPr>
          <w:b/>
          <w:color w:val="C9A86E"/>
          <w:sz w:val="19"/>
        </w:rPr>
        <w:t>4 · ENTREGA SEGURA</w:t>
      </w:r>
    </w:p>
    <w:p>
      <w:r>
        <w:rPr>
          <w:b w:val="0"/>
          <w:i w:val="0"/>
          <w:sz w:val="21"/>
        </w:rPr>
        <w:t>☐  Canal seguro: correo cifrado, plataforma con contraseña o enlace con caducidad. Nunca por redes sociales.</w:t>
      </w:r>
    </w:p>
    <w:p>
      <w:r>
        <w:rPr>
          <w:b w:val="0"/>
          <w:i w:val="0"/>
          <w:sz w:val="21"/>
        </w:rPr>
        <w:t>☐  Contraseña enviada por un canal distinto al del documento.</w:t>
      </w:r>
    </w:p>
    <w:p>
      <w:r>
        <w:rPr>
          <w:b w:val="0"/>
          <w:i w:val="0"/>
          <w:sz w:val="21"/>
        </w:rPr>
        <w:t>☐  Confirmación de recepción solicitada.</w:t>
      </w:r>
    </w:p>
    <w:p>
      <w:pPr>
        <w:spacing w:before="200"/>
      </w:pPr>
      <w:r>
        <w:rPr>
          <w:b/>
          <w:color w:val="C9A86E"/>
          <w:sz w:val="19"/>
        </w:rPr>
        <w:t>5 · REGISTRO DE ENTREGAS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/>
            <w:r>
              <w:rPr>
                <w:b/>
                <w:sz w:val="17"/>
              </w:rPr>
              <w:t>FECHA</w:t>
            </w:r>
          </w:p>
        </w:tc>
        <w:tc>
          <w:tcPr>
            <w:tcW w:type="dxa" w:w="1949"/>
          </w:tcPr>
          <w:p>
            <w:r/>
            <w:r>
              <w:rPr>
                <w:b/>
                <w:sz w:val="17"/>
              </w:rPr>
              <w:t>DOCUMENTO</w:t>
            </w:r>
          </w:p>
        </w:tc>
        <w:tc>
          <w:tcPr>
            <w:tcW w:type="dxa" w:w="1949"/>
          </w:tcPr>
          <w:p>
            <w:r/>
            <w:r>
              <w:rPr>
                <w:b/>
                <w:sz w:val="17"/>
              </w:rPr>
              <w:t>DESTINATARIO</w:t>
            </w:r>
          </w:p>
        </w:tc>
        <w:tc>
          <w:tcPr>
            <w:tcW w:type="dxa" w:w="1949"/>
          </w:tcPr>
          <w:p>
            <w:r/>
            <w:r>
              <w:rPr>
                <w:b/>
                <w:sz w:val="17"/>
              </w:rPr>
              <w:t>AUTORIZACIÓN (SÍ/FECHA)</w:t>
            </w:r>
          </w:p>
        </w:tc>
        <w:tc>
          <w:tcPr>
            <w:tcW w:type="dxa" w:w="1949"/>
          </w:tcPr>
          <w:p>
            <w:r/>
            <w:r>
              <w:rPr>
                <w:b/>
                <w:sz w:val="17"/>
              </w:rPr>
              <w:t>CANAL / RECEPCIÓN</w:t>
            </w:r>
          </w:p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</w:tbl>
    <w:p/>
    <w:p>
      <w:r>
        <w:br w:type="page"/>
      </w:r>
    </w:p>
    <w:p>
      <w:r>
        <w:rPr>
          <w:b/>
          <w:color w:val="C9A86E"/>
          <w:sz w:val="16"/>
        </w:rPr>
        <w:t>ÁREA 04 · DOCUMENTOS PROFESIONALES</w:t>
      </w:r>
    </w:p>
    <w:p>
      <w:r>
        <w:rPr>
          <w:rFonts w:ascii="Georgia" w:hAnsi="Georgia"/>
          <w:b/>
          <w:color w:val="14213D"/>
          <w:sz w:val="40"/>
        </w:rPr>
        <w:t>Checklist de documentación clínica</w:t>
      </w:r>
    </w:p>
    <w:p>
      <w:r>
        <w:rPr>
          <w:b w:val="0"/>
          <w:i/>
          <w:color w:val="6E7280"/>
          <w:sz w:val="20"/>
        </w:rPr>
        <w:t>Revisión del expediente por paciente</w:t>
      </w:r>
    </w:p>
    <w:p>
      <w:pPr>
        <w:shd w:val="clear" w:fill="E8EEEA"/>
      </w:pPr>
      <w:r>
        <w:rPr>
          <w:b/>
          <w:i w:val="0"/>
          <w:sz w:val="19"/>
        </w:rPr>
        <w:t xml:space="preserve">Nota para el profesional: </w:t>
      </w:r>
      <w:r>
        <w:rPr>
          <w:b w:val="0"/>
          <w:i w:val="0"/>
          <w:sz w:val="19"/>
        </w:rPr>
        <w:t>Revísalo al abrir el caso, en cada revisión de progreso y al cerrar. Un expediente completo te protege a ti y al paciente, y te permite retomar el caso con claridad incluso meses después. Adapta formato y requisitos a tu país y colegio profesional.</w:t>
      </w:r>
    </w:p>
    <w:p>
      <w:pPr>
        <w:spacing w:after="40"/>
      </w:pPr>
      <w:r>
        <w:rPr>
          <w:color w:val="6E7280"/>
          <w:sz w:val="19"/>
        </w:rPr>
        <w:t xml:space="preserve">Paciente / código: </w:t>
      </w:r>
      <w:r>
        <w:t>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Fecha de revisión: </w:t>
      </w:r>
      <w:r>
        <w:t>___________________________________________</w:t>
      </w:r>
    </w:p>
    <w:p>
      <w:pPr>
        <w:spacing w:before="200"/>
      </w:pPr>
      <w:r>
        <w:rPr>
          <w:b/>
          <w:color w:val="C9A86E"/>
          <w:sz w:val="19"/>
        </w:rPr>
        <w:t>ADMISIÓN</w:t>
      </w:r>
    </w:p>
    <w:p>
      <w:r>
        <w:rPr>
          <w:b w:val="0"/>
          <w:i w:val="0"/>
          <w:sz w:val="21"/>
        </w:rPr>
        <w:t>☐  Formulario de preconsulta completo.</w:t>
      </w:r>
    </w:p>
    <w:p>
      <w:r>
        <w:rPr>
          <w:b w:val="0"/>
          <w:i w:val="0"/>
          <w:sz w:val="21"/>
        </w:rPr>
        <w:t>☐  Consentimiento informado para atención online firmado (y de ambos progenitores si es menor).</w:t>
      </w:r>
    </w:p>
    <w:p>
      <w:r>
        <w:rPr>
          <w:b w:val="0"/>
          <w:i w:val="0"/>
          <w:sz w:val="21"/>
        </w:rPr>
        <w:t>☐  Acuerdo de honorarios, cancelaciones y comunicación entre sesiones.</w:t>
      </w:r>
    </w:p>
    <w:p>
      <w:r>
        <w:rPr>
          <w:b w:val="0"/>
          <w:i w:val="0"/>
          <w:sz w:val="21"/>
        </w:rPr>
        <w:t>☐  Contacto de emergencia, ubicación habitual y recursos de emergencia locales registrados.</w:t>
      </w:r>
    </w:p>
    <w:p>
      <w:pPr>
        <w:spacing w:before="200"/>
      </w:pPr>
      <w:r>
        <w:rPr>
          <w:b/>
          <w:color w:val="C9A86E"/>
          <w:sz w:val="19"/>
        </w:rPr>
        <w:t>EVALUACIÓN Y PLANIFICACIÓN</w:t>
      </w:r>
    </w:p>
    <w:p>
      <w:r>
        <w:rPr>
          <w:b w:val="0"/>
          <w:i w:val="0"/>
          <w:sz w:val="21"/>
        </w:rPr>
        <w:t>☐  Anamnesis completa (A3-02 / A3-03).</w:t>
      </w:r>
    </w:p>
    <w:p>
      <w:r>
        <w:rPr>
          <w:b w:val="0"/>
          <w:i w:val="0"/>
          <w:sz w:val="21"/>
        </w:rPr>
        <w:t>☐  Evaluación de riesgo inicial registrada (A3-04).</w:t>
      </w:r>
    </w:p>
    <w:p>
      <w:r>
        <w:rPr>
          <w:b w:val="0"/>
          <w:i w:val="0"/>
          <w:sz w:val="21"/>
        </w:rPr>
        <w:t>☐  Instrumentos de línea base aplicados y archivados. Formulación de caso (A3-06).</w:t>
      </w:r>
    </w:p>
    <w:p>
      <w:r>
        <w:rPr>
          <w:b w:val="0"/>
          <w:i w:val="0"/>
          <w:sz w:val="21"/>
        </w:rPr>
        <w:t>☐  Plan de tratamiento acordado (A3-07).</w:t>
      </w:r>
    </w:p>
    <w:p>
      <w:pPr>
        <w:spacing w:before="200"/>
      </w:pPr>
      <w:r>
        <w:rPr>
          <w:b/>
          <w:color w:val="C9A86E"/>
          <w:sz w:val="19"/>
        </w:rPr>
        <w:t>SEGUIMIENTO</w:t>
      </w:r>
    </w:p>
    <w:p>
      <w:r>
        <w:rPr>
          <w:b w:val="0"/>
          <w:i w:val="0"/>
          <w:sz w:val="21"/>
        </w:rPr>
        <w:t>☐  Nota de evolución de cada sesión, fechada, incluida ausencias y cancelaciones.</w:t>
      </w:r>
    </w:p>
    <w:p>
      <w:r>
        <w:rPr>
          <w:b w:val="0"/>
          <w:i w:val="0"/>
          <w:sz w:val="21"/>
        </w:rPr>
        <w:t>☐  Revisiones de progreso cada 6–8 sesiones (A3-09).</w:t>
      </w:r>
    </w:p>
    <w:p>
      <w:r>
        <w:rPr>
          <w:b w:val="0"/>
          <w:i w:val="0"/>
          <w:sz w:val="21"/>
        </w:rPr>
        <w:t>☐  Registro de contactos entre sesiones (mensajes, llamadas de crisis).</w:t>
      </w:r>
    </w:p>
    <w:p>
      <w:r>
        <w:rPr>
          <w:b w:val="0"/>
          <w:i w:val="0"/>
          <w:sz w:val="21"/>
        </w:rPr>
        <w:t>☐  Autorizaciones y comunicaciones con otros profesionales.</w:t>
      </w:r>
    </w:p>
    <w:p>
      <w:r>
        <w:rPr>
          <w:b w:val="0"/>
          <w:i w:val="0"/>
          <w:sz w:val="21"/>
        </w:rPr>
        <w:t>☐  Registro de documentos emitidos y entregados (A4-06).</w:t>
      </w:r>
    </w:p>
    <w:p>
      <w:pPr>
        <w:spacing w:before="200"/>
      </w:pPr>
      <w:r>
        <w:rPr>
          <w:b/>
          <w:color w:val="C9A86E"/>
          <w:sz w:val="19"/>
        </w:rPr>
        <w:t>CIERRE Y SEGURIDAD DE LA INFORMACIÓN</w:t>
      </w:r>
    </w:p>
    <w:p>
      <w:r>
        <w:rPr>
          <w:b w:val="0"/>
          <w:i w:val="0"/>
          <w:sz w:val="21"/>
        </w:rPr>
        <w:t>☐  Plan de prevención de recaídas (A3-10).</w:t>
      </w:r>
    </w:p>
    <w:p>
      <w:r>
        <w:rPr>
          <w:b w:val="0"/>
          <w:i w:val="0"/>
          <w:sz w:val="21"/>
        </w:rPr>
        <w:t>☐  Plan de alta y resumen de cierre (A3-11).</w:t>
      </w:r>
    </w:p>
    <w:p>
      <w:r>
        <w:rPr>
          <w:b w:val="0"/>
          <w:i w:val="0"/>
          <w:sz w:val="21"/>
        </w:rPr>
        <w:t>☐  Plazo de conservación del expediente definido según normativa local.</w:t>
      </w:r>
    </w:p>
    <w:p>
      <w:r>
        <w:rPr>
          <w:b w:val="0"/>
          <w:i w:val="0"/>
          <w:sz w:val="21"/>
        </w:rPr>
        <w:t>☐  Archivos almacenados cifrados, con copia de seguridad y acceso con doble factor.</w:t>
      </w:r>
    </w:p>
    <w:p>
      <w:r>
        <w:rPr>
          <w:b w:val="0"/>
          <w:i w:val="0"/>
          <w:sz w:val="21"/>
        </w:rPr>
        <w:t>☐  Nada guardado en dispositivos compartidos ni en chats personales.</w:t>
      </w:r>
    </w:p>
    <w:p>
      <w:r>
        <w:br w:type="page"/>
      </w:r>
    </w:p>
    <w:p>
      <w:r>
        <w:rPr>
          <w:b/>
          <w:color w:val="C9A86E"/>
          <w:sz w:val="16"/>
        </w:rPr>
        <w:t>ÁREA 04 · DOCUMENTOS PROFESIONALES</w:t>
      </w:r>
    </w:p>
    <w:p>
      <w:r>
        <w:rPr>
          <w:rFonts w:ascii="Georgia" w:hAnsi="Georgia"/>
          <w:b/>
          <w:color w:val="14213D"/>
          <w:sz w:val="40"/>
        </w:rPr>
        <w:t>Checklist ético y profesional online</w:t>
      </w:r>
    </w:p>
    <w:p>
      <w:r>
        <w:rPr>
          <w:b w:val="0"/>
          <w:i/>
          <w:color w:val="6E7280"/>
          <w:sz w:val="20"/>
        </w:rPr>
        <w:t>Autoevaluación de la práctica clínica a distancia</w:t>
      </w:r>
    </w:p>
    <w:p>
      <w:pPr>
        <w:shd w:val="clear" w:fill="E8EEEA"/>
      </w:pPr>
      <w:r>
        <w:rPr>
          <w:b/>
          <w:i w:val="0"/>
          <w:sz w:val="19"/>
        </w:rPr>
        <w:t xml:space="preserve">Nota para el profesional: </w:t>
      </w:r>
      <w:r>
        <w:rPr>
          <w:b w:val="0"/>
          <w:i w:val="0"/>
          <w:sz w:val="19"/>
        </w:rPr>
        <w:t>Revísalo al empezar a atender online y luego una vez al año. Cada casilla sin marcar es una tarea, no un motivo de culpa. Adapta formato y requisitos a tu país y colegio profesional.</w:t>
      </w:r>
    </w:p>
    <w:p>
      <w:pPr>
        <w:spacing w:before="200"/>
      </w:pPr>
      <w:r>
        <w:rPr>
          <w:b/>
          <w:color w:val="C9A86E"/>
          <w:sz w:val="19"/>
        </w:rPr>
        <w:t>COMPETENCIA Y MARCO LEGAL</w:t>
      </w:r>
    </w:p>
    <w:p>
      <w:r>
        <w:rPr>
          <w:b w:val="0"/>
          <w:i w:val="0"/>
          <w:sz w:val="21"/>
        </w:rPr>
        <w:t>☐  Estoy habilitada/o en mi país y conozco las reglas para atender a pacientes que residen en otros países.</w:t>
      </w:r>
    </w:p>
    <w:p>
      <w:r>
        <w:rPr>
          <w:b w:val="0"/>
          <w:i w:val="0"/>
          <w:sz w:val="21"/>
        </w:rPr>
        <w:t>☐  Tengo formación específica en atención psicológica online.</w:t>
      </w:r>
    </w:p>
    <w:p>
      <w:r>
        <w:rPr>
          <w:b w:val="0"/>
          <w:i w:val="0"/>
          <w:sz w:val="21"/>
        </w:rPr>
        <w:t>☐  Conozco el código deontológico de mi colegio y lo que dice sobre la práctica a distancia.</w:t>
      </w:r>
    </w:p>
    <w:p>
      <w:r>
        <w:rPr>
          <w:b w:val="0"/>
          <w:i w:val="0"/>
          <w:sz w:val="21"/>
        </w:rPr>
        <w:t>☐  Cuento con seguro de responsabilidad profesional que cubre la atención online (si aplica en mi país).</w:t>
      </w:r>
    </w:p>
    <w:p>
      <w:pPr>
        <w:spacing w:before="200"/>
      </w:pPr>
      <w:r>
        <w:rPr>
          <w:b/>
          <w:color w:val="C9A86E"/>
          <w:sz w:val="19"/>
        </w:rPr>
        <w:t>CONSENTIMIENTO Y ENCUADRE</w:t>
      </w:r>
    </w:p>
    <w:p>
      <w:r>
        <w:rPr>
          <w:b w:val="0"/>
          <w:i w:val="0"/>
          <w:sz w:val="21"/>
        </w:rPr>
        <w:t>☐  Mi consentimiento informado incluye riesgos y límites de la modalidad online.</w:t>
      </w:r>
    </w:p>
    <w:p>
      <w:r>
        <w:rPr>
          <w:b w:val="0"/>
          <w:i w:val="0"/>
          <w:sz w:val="21"/>
        </w:rPr>
        <w:t>☐  Acuerdo con cada paciente qué hacer si falla la conexión y cómo contactar en una emergencia.</w:t>
      </w:r>
    </w:p>
    <w:p>
      <w:r>
        <w:rPr>
          <w:b w:val="0"/>
          <w:i w:val="0"/>
          <w:sz w:val="21"/>
        </w:rPr>
        <w:t>☐  Tengo reglas claras sobre comunicación entre sesiones y tiempos de respuesta.</w:t>
      </w:r>
    </w:p>
    <w:p>
      <w:r>
        <w:rPr>
          <w:b w:val="0"/>
          <w:i w:val="0"/>
          <w:sz w:val="21"/>
        </w:rPr>
        <w:t>☐  Verifico identidad y ubicación del paciente al inicio de cada sesión.</w:t>
      </w:r>
    </w:p>
    <w:p>
      <w:pPr>
        <w:spacing w:before="200"/>
      </w:pPr>
      <w:r>
        <w:rPr>
          <w:b/>
          <w:color w:val="C9A86E"/>
          <w:sz w:val="19"/>
        </w:rPr>
        <w:t>IDONEIDAD DEL CASO</w:t>
      </w:r>
    </w:p>
    <w:p>
      <w:r>
        <w:rPr>
          <w:b w:val="0"/>
          <w:i w:val="0"/>
          <w:sz w:val="21"/>
        </w:rPr>
        <w:t>☐  Evalúo si la modalidad online es adecuada para cada paciente (riesgo alto, psicosis aguda, violencia en el hogar).</w:t>
      </w:r>
    </w:p>
    <w:p>
      <w:r>
        <w:rPr>
          <w:b w:val="0"/>
          <w:i w:val="0"/>
          <w:sz w:val="21"/>
        </w:rPr>
        <w:t>☐  Conozco los recursos de emergencia de las zonas donde residen mis pacientes.</w:t>
      </w:r>
    </w:p>
    <w:p>
      <w:r>
        <w:rPr>
          <w:b w:val="0"/>
          <w:i w:val="0"/>
          <w:sz w:val="21"/>
        </w:rPr>
        <w:t>☐  Derivo a atención presencial cuando el caso lo requiere.</w:t>
      </w:r>
    </w:p>
    <w:p>
      <w:pPr>
        <w:spacing w:before="200"/>
      </w:pPr>
      <w:r>
        <w:rPr>
          <w:b/>
          <w:color w:val="C9A86E"/>
          <w:sz w:val="19"/>
        </w:rPr>
        <w:t>PRIVACIDAD Y SEGURIDAD DIGITAL</w:t>
      </w:r>
    </w:p>
    <w:p>
      <w:r>
        <w:rPr>
          <w:b w:val="0"/>
          <w:i w:val="0"/>
          <w:sz w:val="21"/>
        </w:rPr>
        <w:t>☐  Uso plataformas de videollamada con cifrado y que no graban sin consentimiento.</w:t>
      </w:r>
    </w:p>
    <w:p>
      <w:r>
        <w:rPr>
          <w:b w:val="0"/>
          <w:i w:val="0"/>
          <w:sz w:val="21"/>
        </w:rPr>
        <w:t>☐  Mis expedientes están cifrados y protegidos con contraseñas fuertes y doble factor.</w:t>
      </w:r>
    </w:p>
    <w:p>
      <w:r>
        <w:rPr>
          <w:b w:val="0"/>
          <w:i w:val="0"/>
          <w:sz w:val="21"/>
        </w:rPr>
        <w:t>☐  Atiendo desde un espacio privado, con auriculares, donde nadie puede escuchar.</w:t>
      </w:r>
    </w:p>
    <w:p>
      <w:r>
        <w:rPr>
          <w:b w:val="0"/>
          <w:i w:val="0"/>
          <w:sz w:val="21"/>
        </w:rPr>
        <w:t>☐  No uso redes sociales personales para comunicarme con pacientes.</w:t>
      </w:r>
    </w:p>
    <w:p>
      <w:r>
        <w:rPr>
          <w:b w:val="0"/>
          <w:i w:val="0"/>
          <w:sz w:val="21"/>
        </w:rPr>
        <w:t>☐  No busco información de mis pacientes en internet sin su conocimiento.</w:t>
      </w:r>
    </w:p>
    <w:p>
      <w:pPr>
        <w:spacing w:before="200"/>
      </w:pPr>
      <w:r>
        <w:rPr>
          <w:b/>
          <w:color w:val="C9A86E"/>
          <w:sz w:val="19"/>
        </w:rPr>
        <w:t>LÍMITES Y AUTOCUIDADO</w:t>
      </w:r>
    </w:p>
    <w:p>
      <w:r>
        <w:rPr>
          <w:b w:val="0"/>
          <w:i w:val="0"/>
          <w:sz w:val="21"/>
        </w:rPr>
        <w:t>☐  Evito relaciones duales (amistad, negocios, seguimiento en redes) con pacientes.</w:t>
      </w:r>
    </w:p>
    <w:p>
      <w:r>
        <w:rPr>
          <w:b w:val="0"/>
          <w:i w:val="0"/>
          <w:sz w:val="21"/>
        </w:rPr>
        <w:t>☐  Mi publicidad es veraz: no prometo resultados ni uso testimonios de pacientes.</w:t>
      </w:r>
    </w:p>
    <w:p>
      <w:r>
        <w:rPr>
          <w:b w:val="0"/>
          <w:i w:val="0"/>
          <w:sz w:val="21"/>
        </w:rPr>
        <w:t>☐  Tengo supervisión o intervisión regular (A4-09).</w:t>
      </w:r>
    </w:p>
    <w:p>
      <w:r>
        <w:rPr>
          <w:b w:val="0"/>
          <w:i w:val="0"/>
          <w:sz w:val="21"/>
        </w:rPr>
        <w:t>☐  Cuido mi carga de casos, pausas entre sesiones y fatiga de pantalla.</w:t>
      </w:r>
    </w:p>
    <w:p>
      <w:r>
        <w:br w:type="page"/>
      </w:r>
    </w:p>
    <w:p>
      <w:r>
        <w:rPr>
          <w:b/>
          <w:color w:val="C9A86E"/>
          <w:sz w:val="16"/>
        </w:rPr>
        <w:t>ÁREA 04 · DOCUMENTOS PROFESIONALES</w:t>
      </w:r>
    </w:p>
    <w:p>
      <w:r>
        <w:rPr>
          <w:rFonts w:ascii="Georgia" w:hAnsi="Georgia"/>
          <w:b/>
          <w:color w:val="14213D"/>
          <w:sz w:val="40"/>
        </w:rPr>
        <w:t>Registro de supervisión e intervisión</w:t>
      </w:r>
    </w:p>
    <w:p>
      <w:r>
        <w:rPr>
          <w:b w:val="0"/>
          <w:i/>
          <w:color w:val="6E7280"/>
          <w:sz w:val="20"/>
        </w:rPr>
        <w:t>Documentar consultas de casos con colegas o supervisores</w:t>
      </w:r>
    </w:p>
    <w:p>
      <w:pPr>
        <w:shd w:val="clear" w:fill="E8EEEA"/>
      </w:pPr>
      <w:r>
        <w:rPr>
          <w:b/>
          <w:i w:val="0"/>
          <w:sz w:val="19"/>
        </w:rPr>
        <w:t xml:space="preserve">Nota para el profesional: </w:t>
      </w:r>
      <w:r>
        <w:rPr>
          <w:b w:val="0"/>
          <w:i w:val="0"/>
          <w:sz w:val="19"/>
        </w:rPr>
        <w:t>Presenta los casos siempre de forma anonimizada (iniciales o código, sin datos identificativos). Registrar las supervisiones demuestra diligencia profesional, sobre todo en decisiones de riesgo. Adapta formato y requisitos a tu país y colegio profesional.</w:t>
      </w:r>
    </w:p>
    <w:p>
      <w:pPr>
        <w:spacing w:after="40"/>
      </w:pPr>
      <w:r>
        <w:rPr>
          <w:color w:val="6E7280"/>
          <w:sz w:val="19"/>
        </w:rPr>
        <w:t xml:space="preserve">Fecha: </w:t>
      </w:r>
      <w:r>
        <w:t>_______________________________________________________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Modalidad: supervisión individual / grupal / intervisión: </w:t>
      </w:r>
      <w:r>
        <w:t>__________</w:t>
      </w:r>
    </w:p>
    <w:p>
      <w:pPr>
        <w:spacing w:after="40"/>
      </w:pPr>
      <w:r>
        <w:rPr>
          <w:color w:val="6E7280"/>
          <w:sz w:val="19"/>
        </w:rPr>
        <w:t xml:space="preserve">Supervisor/a o colegas participantes: </w:t>
      </w:r>
      <w:r>
        <w:t>________________________</w:t>
      </w:r>
    </w:p>
    <w:p>
      <w:pPr>
        <w:spacing w:after="40"/>
      </w:pPr>
      <w:r>
        <w:rPr>
          <w:color w:val="6E7280"/>
          <w:sz w:val="19"/>
        </w:rPr>
        <w:t xml:space="preserve">Duración: </w:t>
      </w:r>
      <w:r>
        <w:t>____________________________________________________</w:t>
      </w:r>
    </w:p>
    <w:p>
      <w:pPr>
        <w:spacing w:before="200"/>
      </w:pPr>
      <w:r>
        <w:rPr>
          <w:b/>
          <w:color w:val="C9A86E"/>
          <w:sz w:val="19"/>
        </w:rPr>
        <w:t>CASO PRESENTADO</w:t>
      </w:r>
    </w:p>
    <w:p>
      <w:pPr>
        <w:spacing w:after="40"/>
      </w:pPr>
      <w:r>
        <w:rPr>
          <w:color w:val="6E7280"/>
          <w:sz w:val="19"/>
        </w:rPr>
        <w:t xml:space="preserve">Código del caso (anonimizado): </w:t>
      </w:r>
      <w:r>
        <w:t>_______________________________</w:t>
      </w:r>
    </w:p>
    <w:p>
      <w:pPr>
        <w:spacing w:after="40"/>
      </w:pPr>
      <w:r>
        <w:rPr>
          <w:color w:val="6E7280"/>
          <w:sz w:val="19"/>
        </w:rPr>
        <w:t xml:space="preserve">N.º de sesiones hasta la fecha: </w:t>
      </w:r>
      <w:r>
        <w:t>______________________________</w:t>
      </w:r>
    </w:p>
    <w:p>
      <w:r>
        <w:rPr>
          <w:b/>
          <w:color w:val="14213D"/>
          <w:sz w:val="19"/>
        </w:rPr>
        <w:t xml:space="preserve">SÍNTESIS DEL CASO  </w:t>
      </w:r>
      <w:r>
        <w:rPr>
          <w:b w:val="0"/>
          <w:i/>
          <w:color w:val="6E7280"/>
          <w:sz w:val="19"/>
        </w:rPr>
        <w:t>motivo, formulación resumida, momento del proceso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rPr>
          <w:b/>
          <w:color w:val="14213D"/>
          <w:sz w:val="19"/>
        </w:rPr>
        <w:t xml:space="preserve">PREGUNTA PARA LA SUPERVISIÓN  </w:t>
      </w:r>
      <w:r>
        <w:rPr>
          <w:b w:val="0"/>
          <w:i/>
          <w:color w:val="6E7280"/>
          <w:sz w:val="19"/>
        </w:rPr>
        <w:t>¿qué necesito resolver o entender?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rPr>
          <w:b/>
          <w:color w:val="14213D"/>
          <w:sz w:val="19"/>
        </w:rPr>
        <w:t xml:space="preserve">APORTES Y SUGERENCIAS RECIBIDAS  </w:t>
      </w:r>
      <w:r>
        <w:rPr>
          <w:b w:val="0"/>
          <w:i/>
          <w:color w:val="6E7280"/>
          <w:sz w:val="19"/>
        </w:rPr>
        <w:t>hipótesis alternativas, técnicas, recursos, bibliografía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rPr>
          <w:b/>
          <w:color w:val="14213D"/>
          <w:sz w:val="19"/>
        </w:rPr>
        <w:t xml:space="preserve">ASPECTOS PERSONALES DEL TERAPEUTA  </w:t>
      </w:r>
      <w:r>
        <w:rPr>
          <w:b w:val="0"/>
          <w:i/>
          <w:color w:val="6E7280"/>
          <w:sz w:val="19"/>
        </w:rPr>
        <w:t>contratransferencia, emociones movilizadas, puntos ciegos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rPr>
          <w:b/>
          <w:color w:val="14213D"/>
          <w:sz w:val="19"/>
        </w:rPr>
        <w:t xml:space="preserve">DECISIONES Y ACCIONES ACORDADAS  </w:t>
      </w:r>
      <w:r>
        <w:rPr>
          <w:b w:val="0"/>
          <w:i/>
          <w:color w:val="6E7280"/>
          <w:sz w:val="19"/>
        </w:rPr>
        <w:t>qué haré, cuándo lo revisaré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spacing w:before="200"/>
      </w:pPr>
      <w:r>
        <w:rPr>
          <w:b/>
          <w:color w:val="C9A86E"/>
          <w:sz w:val="19"/>
        </w:rPr>
        <w:t>SEGUIMIENTO DE ACUERDOS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/>
            <w:r>
              <w:rPr>
                <w:b/>
                <w:sz w:val="17"/>
              </w:rPr>
              <w:t>ACCIÓN ACORDADA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7"/>
              </w:rPr>
              <w:t>FECHA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7"/>
              </w:rPr>
              <w:t>RESULTADO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7"/>
              </w:rPr>
              <w:t>REVISADO EN SUPERVISIÓN</w:t>
            </w:r>
          </w:p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</w:tbl>
    <w:p/>
    <w:p>
      <w:pPr>
        <w:spacing w:before="200"/>
      </w:pPr>
      <w:r>
        <w:rPr>
          <w:b/>
          <w:color w:val="C9A86E"/>
          <w:sz w:val="19"/>
        </w:rPr>
        <w:t>REGISTRO ANUAL DE SUPERVISIONES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/>
            <w:r>
              <w:rPr>
                <w:b/>
                <w:sz w:val="17"/>
              </w:rPr>
              <w:t>FECHA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7"/>
              </w:rPr>
              <w:t>SUPERVISOR/A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7"/>
              </w:rPr>
              <w:t>CASOS TRATADOS (CÓDIGO)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7"/>
              </w:rPr>
              <w:t>HORAS</w:t>
            </w:r>
          </w:p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</w:tbl>
    <w:p/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